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67E1" w:rsidRDefault="008169BF">
      <w:pPr>
        <w:jc w:val="center"/>
      </w:pPr>
      <w:r>
        <w:rPr>
          <w:rFonts w:ascii="Arial" w:hAnsi="Arial"/>
          <w:b/>
          <w:color w:val="003366"/>
          <w:sz w:val="32"/>
        </w:rPr>
        <w:t>PARTNER &amp; SECONDMENT CANDIDATE QUESTIONNAIRE</w:t>
      </w:r>
    </w:p>
    <w:p w:rsidR="00B467E1" w:rsidRDefault="008169BF">
      <w:pPr>
        <w:jc w:val="center"/>
      </w:pPr>
      <w:r>
        <w:rPr>
          <w:rFonts w:ascii="Arial" w:hAnsi="Arial"/>
          <w:color w:val="464646"/>
          <w:sz w:val="20"/>
        </w:rPr>
        <w:t>POLICY ENLARGE Project - Instrument #3: Cross-Enlargement Secondment (Track B)</w:t>
      </w:r>
      <w:r>
        <w:rPr>
          <w:rFonts w:ascii="Arial" w:hAnsi="Arial"/>
          <w:color w:val="464646"/>
          <w:sz w:val="20"/>
        </w:rPr>
        <w:br/>
        <w:t>Host Partner: Via Europea Ltd. (Grosuplje, Slovenia)</w:t>
      </w:r>
    </w:p>
    <w:p w:rsidR="00B467E1" w:rsidRDefault="00B467E1"/>
    <w:p w:rsidR="00B467E1" w:rsidRDefault="008169BF">
      <w:pPr>
        <w:spacing w:before="160" w:after="80"/>
      </w:pPr>
      <w:r>
        <w:rPr>
          <w:rFonts w:ascii="Arial" w:hAnsi="Arial"/>
          <w:b/>
          <w:color w:val="003366"/>
        </w:rPr>
        <w:t>SECTION A: Sending Organisation Details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12"/>
        <w:gridCol w:w="6480"/>
      </w:tblGrid>
      <w:tr w:rsidR="00B467E1">
        <w:trPr>
          <w:jc w:val="center"/>
        </w:trPr>
        <w:tc>
          <w:tcPr>
            <w:tcW w:w="3312" w:type="dxa"/>
            <w:shd w:val="clear" w:color="auto" w:fill="F0F4F8"/>
          </w:tcPr>
          <w:p w:rsidR="00B467E1" w:rsidRDefault="008169BF">
            <w:r>
              <w:rPr>
                <w:rFonts w:ascii="Arial" w:hAnsi="Arial"/>
                <w:b/>
                <w:color w:val="003366"/>
                <w:sz w:val="18"/>
              </w:rPr>
              <w:t>Official Organisation Name (English):</w:t>
            </w:r>
          </w:p>
        </w:tc>
        <w:tc>
          <w:tcPr>
            <w:tcW w:w="6480" w:type="dxa"/>
            <w:shd w:val="clear" w:color="auto" w:fill="FFFFFF"/>
          </w:tcPr>
          <w:p w:rsidR="00B467E1" w:rsidRDefault="008169BF">
            <w:r>
              <w:rPr>
                <w:rFonts w:ascii="Arial" w:hAnsi="Arial"/>
                <w:color w:val="282828"/>
                <w:sz w:val="18"/>
              </w:rPr>
              <w:t>________________________________________________________</w:t>
            </w:r>
          </w:p>
        </w:tc>
      </w:tr>
      <w:tr w:rsidR="00B467E1">
        <w:trPr>
          <w:jc w:val="center"/>
        </w:trPr>
        <w:tc>
          <w:tcPr>
            <w:tcW w:w="3312" w:type="dxa"/>
            <w:shd w:val="clear" w:color="auto" w:fill="F0F4F8"/>
          </w:tcPr>
          <w:p w:rsidR="00B467E1" w:rsidRDefault="008169BF">
            <w:r>
              <w:rPr>
                <w:rFonts w:ascii="Arial" w:hAnsi="Arial"/>
                <w:b/>
                <w:color w:val="003366"/>
                <w:sz w:val="18"/>
              </w:rPr>
              <w:t>Official Name (Original Language):</w:t>
            </w:r>
          </w:p>
        </w:tc>
        <w:tc>
          <w:tcPr>
            <w:tcW w:w="6480" w:type="dxa"/>
            <w:shd w:val="clear" w:color="auto" w:fill="FFFFFF"/>
          </w:tcPr>
          <w:p w:rsidR="00B467E1" w:rsidRDefault="008169BF">
            <w:r>
              <w:rPr>
                <w:rFonts w:ascii="Arial" w:hAnsi="Arial"/>
                <w:color w:val="282828"/>
                <w:sz w:val="18"/>
              </w:rPr>
              <w:t>________________________________________________________</w:t>
            </w:r>
          </w:p>
        </w:tc>
      </w:tr>
      <w:tr w:rsidR="00B467E1">
        <w:trPr>
          <w:jc w:val="center"/>
        </w:trPr>
        <w:tc>
          <w:tcPr>
            <w:tcW w:w="3312" w:type="dxa"/>
            <w:shd w:val="clear" w:color="auto" w:fill="F0F4F8"/>
          </w:tcPr>
          <w:p w:rsidR="00B467E1" w:rsidRDefault="008169BF">
            <w:r>
              <w:rPr>
                <w:rFonts w:ascii="Arial" w:hAnsi="Arial"/>
                <w:b/>
                <w:color w:val="003366"/>
                <w:sz w:val="18"/>
              </w:rPr>
              <w:t>Country &amp; City:</w:t>
            </w:r>
          </w:p>
        </w:tc>
        <w:tc>
          <w:tcPr>
            <w:tcW w:w="6480" w:type="dxa"/>
            <w:shd w:val="clear" w:color="auto" w:fill="FFFFFF"/>
          </w:tcPr>
          <w:p w:rsidR="00B467E1" w:rsidRDefault="008169BF">
            <w:r>
              <w:rPr>
                <w:rFonts w:ascii="Arial" w:hAnsi="Arial"/>
                <w:color w:val="282828"/>
                <w:sz w:val="18"/>
              </w:rPr>
              <w:t>________________________________________________________</w:t>
            </w:r>
          </w:p>
        </w:tc>
      </w:tr>
      <w:tr w:rsidR="00B467E1">
        <w:trPr>
          <w:jc w:val="center"/>
        </w:trPr>
        <w:tc>
          <w:tcPr>
            <w:tcW w:w="3312" w:type="dxa"/>
            <w:shd w:val="clear" w:color="auto" w:fill="F0F4F8"/>
          </w:tcPr>
          <w:p w:rsidR="00B467E1" w:rsidRDefault="008169BF">
            <w:r>
              <w:rPr>
                <w:rFonts w:ascii="Arial" w:hAnsi="Arial"/>
                <w:b/>
                <w:color w:val="003366"/>
                <w:sz w:val="18"/>
              </w:rPr>
              <w:t>Type of Organisation:</w:t>
            </w:r>
          </w:p>
        </w:tc>
        <w:tc>
          <w:tcPr>
            <w:tcW w:w="6480" w:type="dxa"/>
            <w:shd w:val="clear" w:color="auto" w:fill="FFFFFF"/>
          </w:tcPr>
          <w:p w:rsidR="00B467E1" w:rsidRDefault="008169BF">
            <w:r>
              <w:rPr>
                <w:rFonts w:ascii="Arial" w:hAnsi="Arial"/>
                <w:color w:val="282828"/>
                <w:sz w:val="18"/>
              </w:rPr>
              <w:t>[ ] Univ</w:t>
            </w:r>
            <w:r>
              <w:rPr>
                <w:rFonts w:ascii="Arial" w:hAnsi="Arial"/>
                <w:color w:val="282828"/>
                <w:sz w:val="18"/>
              </w:rPr>
              <w:t>ersity/Faculty  [ ] Research Institute  [ ] Public Authority  [ ] SME/Company</w:t>
            </w:r>
          </w:p>
        </w:tc>
      </w:tr>
      <w:tr w:rsidR="00B467E1">
        <w:trPr>
          <w:jc w:val="center"/>
        </w:trPr>
        <w:tc>
          <w:tcPr>
            <w:tcW w:w="3312" w:type="dxa"/>
            <w:shd w:val="clear" w:color="auto" w:fill="F0F4F8"/>
          </w:tcPr>
          <w:p w:rsidR="00B467E1" w:rsidRDefault="008169BF">
            <w:r>
              <w:rPr>
                <w:rFonts w:ascii="Arial" w:hAnsi="Arial"/>
                <w:b/>
                <w:color w:val="003366"/>
                <w:sz w:val="18"/>
              </w:rPr>
              <w:t>PIC Number (if registered):</w:t>
            </w:r>
          </w:p>
        </w:tc>
        <w:tc>
          <w:tcPr>
            <w:tcW w:w="6480" w:type="dxa"/>
            <w:shd w:val="clear" w:color="auto" w:fill="FFFFFF"/>
          </w:tcPr>
          <w:p w:rsidR="00B467E1" w:rsidRDefault="008169BF">
            <w:r>
              <w:rPr>
                <w:rFonts w:ascii="Arial" w:hAnsi="Arial"/>
                <w:color w:val="282828"/>
                <w:sz w:val="18"/>
              </w:rPr>
              <w:t>____________________</w:t>
            </w:r>
          </w:p>
        </w:tc>
      </w:tr>
      <w:tr w:rsidR="00B467E1">
        <w:trPr>
          <w:jc w:val="center"/>
        </w:trPr>
        <w:tc>
          <w:tcPr>
            <w:tcW w:w="3312" w:type="dxa"/>
            <w:shd w:val="clear" w:color="auto" w:fill="F0F4F8"/>
          </w:tcPr>
          <w:p w:rsidR="00B467E1" w:rsidRDefault="008169BF">
            <w:r>
              <w:rPr>
                <w:rFonts w:ascii="Arial" w:hAnsi="Arial"/>
                <w:b/>
                <w:color w:val="003366"/>
                <w:sz w:val="18"/>
              </w:rPr>
              <w:t>Website URL:</w:t>
            </w:r>
          </w:p>
        </w:tc>
        <w:tc>
          <w:tcPr>
            <w:tcW w:w="6480" w:type="dxa"/>
            <w:shd w:val="clear" w:color="auto" w:fill="FFFFFF"/>
          </w:tcPr>
          <w:p w:rsidR="00B467E1" w:rsidRDefault="008169BF">
            <w:r>
              <w:rPr>
                <w:rFonts w:ascii="Arial" w:hAnsi="Arial"/>
                <w:color w:val="282828"/>
                <w:sz w:val="18"/>
              </w:rPr>
              <w:t>____________________</w:t>
            </w:r>
          </w:p>
        </w:tc>
      </w:tr>
      <w:tr w:rsidR="00B467E1">
        <w:trPr>
          <w:jc w:val="center"/>
        </w:trPr>
        <w:tc>
          <w:tcPr>
            <w:tcW w:w="3312" w:type="dxa"/>
            <w:shd w:val="clear" w:color="auto" w:fill="F0F4F8"/>
          </w:tcPr>
          <w:p w:rsidR="00B467E1" w:rsidRDefault="008169BF">
            <w:r>
              <w:rPr>
                <w:rFonts w:ascii="Arial" w:hAnsi="Arial"/>
                <w:b/>
                <w:color w:val="003366"/>
                <w:sz w:val="18"/>
              </w:rPr>
              <w:t>Legal Representative Name &amp; Position:</w:t>
            </w:r>
          </w:p>
        </w:tc>
        <w:tc>
          <w:tcPr>
            <w:tcW w:w="6480" w:type="dxa"/>
            <w:shd w:val="clear" w:color="auto" w:fill="FFFFFF"/>
          </w:tcPr>
          <w:p w:rsidR="00B467E1" w:rsidRDefault="008169BF">
            <w:r>
              <w:rPr>
                <w:rFonts w:ascii="Arial" w:hAnsi="Arial"/>
                <w:color w:val="282828"/>
                <w:sz w:val="18"/>
              </w:rPr>
              <w:t>____________________</w:t>
            </w:r>
          </w:p>
        </w:tc>
      </w:tr>
      <w:tr w:rsidR="00B467E1">
        <w:trPr>
          <w:jc w:val="center"/>
        </w:trPr>
        <w:tc>
          <w:tcPr>
            <w:tcW w:w="3312" w:type="dxa"/>
            <w:shd w:val="clear" w:color="auto" w:fill="F0F4F8"/>
          </w:tcPr>
          <w:p w:rsidR="00B467E1" w:rsidRDefault="008169BF">
            <w:r>
              <w:rPr>
                <w:rFonts w:ascii="Arial" w:hAnsi="Arial"/>
                <w:b/>
                <w:color w:val="003366"/>
                <w:sz w:val="18"/>
              </w:rPr>
              <w:t xml:space="preserve">Contact Person for Project </w:t>
            </w:r>
            <w:r>
              <w:rPr>
                <w:rFonts w:ascii="Arial" w:hAnsi="Arial"/>
                <w:b/>
                <w:color w:val="003366"/>
                <w:sz w:val="18"/>
              </w:rPr>
              <w:t>(Name, Email, Tel):</w:t>
            </w:r>
          </w:p>
        </w:tc>
        <w:tc>
          <w:tcPr>
            <w:tcW w:w="6480" w:type="dxa"/>
            <w:shd w:val="clear" w:color="auto" w:fill="FFFFFF"/>
          </w:tcPr>
          <w:p w:rsidR="00B467E1" w:rsidRDefault="008169BF">
            <w:r>
              <w:rPr>
                <w:rFonts w:ascii="Arial" w:hAnsi="Arial"/>
                <w:color w:val="282828"/>
                <w:sz w:val="18"/>
              </w:rPr>
              <w:t>____________________</w:t>
            </w:r>
          </w:p>
        </w:tc>
      </w:tr>
    </w:tbl>
    <w:p w:rsidR="00B467E1" w:rsidRDefault="00B467E1"/>
    <w:p w:rsidR="00B467E1" w:rsidRDefault="008169BF">
      <w:pPr>
        <w:spacing w:before="160" w:after="80"/>
      </w:pPr>
      <w:r>
        <w:rPr>
          <w:rFonts w:ascii="Arial" w:hAnsi="Arial"/>
          <w:b/>
          <w:color w:val="003366"/>
        </w:rPr>
        <w:t>SECTION B: Secondment Candidate (Secondee) Profile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12"/>
        <w:gridCol w:w="6480"/>
      </w:tblGrid>
      <w:tr w:rsidR="00B467E1">
        <w:trPr>
          <w:jc w:val="center"/>
        </w:trPr>
        <w:tc>
          <w:tcPr>
            <w:tcW w:w="3312" w:type="dxa"/>
            <w:shd w:val="clear" w:color="auto" w:fill="F0F4F8"/>
          </w:tcPr>
          <w:p w:rsidR="00B467E1" w:rsidRDefault="008169BF">
            <w:r>
              <w:rPr>
                <w:rFonts w:ascii="Arial" w:hAnsi="Arial"/>
                <w:b/>
                <w:color w:val="003366"/>
                <w:sz w:val="18"/>
              </w:rPr>
              <w:t>Full Name of Candidate:</w:t>
            </w:r>
          </w:p>
        </w:tc>
        <w:tc>
          <w:tcPr>
            <w:tcW w:w="6480" w:type="dxa"/>
            <w:shd w:val="clear" w:color="auto" w:fill="FFFFFF"/>
          </w:tcPr>
          <w:p w:rsidR="00B467E1" w:rsidRDefault="008169BF">
            <w:r>
              <w:rPr>
                <w:rFonts w:ascii="Arial" w:hAnsi="Arial"/>
                <w:color w:val="282828"/>
                <w:sz w:val="18"/>
              </w:rPr>
              <w:t>________________________________________________________</w:t>
            </w:r>
          </w:p>
        </w:tc>
      </w:tr>
      <w:tr w:rsidR="00B467E1">
        <w:trPr>
          <w:jc w:val="center"/>
        </w:trPr>
        <w:tc>
          <w:tcPr>
            <w:tcW w:w="3312" w:type="dxa"/>
            <w:shd w:val="clear" w:color="auto" w:fill="F0F4F8"/>
          </w:tcPr>
          <w:p w:rsidR="00B467E1" w:rsidRDefault="008169BF">
            <w:r>
              <w:rPr>
                <w:rFonts w:ascii="Arial" w:hAnsi="Arial"/>
                <w:b/>
                <w:color w:val="003366"/>
                <w:sz w:val="18"/>
              </w:rPr>
              <w:t>Current Position / Department:</w:t>
            </w:r>
          </w:p>
        </w:tc>
        <w:tc>
          <w:tcPr>
            <w:tcW w:w="6480" w:type="dxa"/>
            <w:shd w:val="clear" w:color="auto" w:fill="FFFFFF"/>
          </w:tcPr>
          <w:p w:rsidR="00B467E1" w:rsidRDefault="008169BF">
            <w:r>
              <w:rPr>
                <w:rFonts w:ascii="Arial" w:hAnsi="Arial"/>
                <w:color w:val="282828"/>
                <w:sz w:val="18"/>
              </w:rPr>
              <w:t>_________________________________________________</w:t>
            </w:r>
            <w:r>
              <w:rPr>
                <w:rFonts w:ascii="Arial" w:hAnsi="Arial"/>
                <w:color w:val="282828"/>
                <w:sz w:val="18"/>
              </w:rPr>
              <w:t>_______</w:t>
            </w:r>
          </w:p>
        </w:tc>
      </w:tr>
      <w:tr w:rsidR="00B467E1">
        <w:trPr>
          <w:jc w:val="center"/>
        </w:trPr>
        <w:tc>
          <w:tcPr>
            <w:tcW w:w="3312" w:type="dxa"/>
            <w:shd w:val="clear" w:color="auto" w:fill="F0F4F8"/>
          </w:tcPr>
          <w:p w:rsidR="00B467E1" w:rsidRDefault="008169BF">
            <w:r>
              <w:rPr>
                <w:rFonts w:ascii="Arial" w:hAnsi="Arial"/>
                <w:b/>
                <w:color w:val="003366"/>
                <w:sz w:val="18"/>
              </w:rPr>
              <w:t>Field of Research / Technical Expertise:</w:t>
            </w:r>
          </w:p>
        </w:tc>
        <w:tc>
          <w:tcPr>
            <w:tcW w:w="6480" w:type="dxa"/>
            <w:shd w:val="clear" w:color="auto" w:fill="FFFFFF"/>
          </w:tcPr>
          <w:p w:rsidR="00B467E1" w:rsidRDefault="008169BF">
            <w:r>
              <w:rPr>
                <w:rFonts w:ascii="Arial" w:hAnsi="Arial"/>
                <w:color w:val="282828"/>
                <w:sz w:val="18"/>
              </w:rPr>
              <w:t>________________________________________________________</w:t>
            </w:r>
          </w:p>
        </w:tc>
      </w:tr>
      <w:tr w:rsidR="00B467E1">
        <w:trPr>
          <w:jc w:val="center"/>
        </w:trPr>
        <w:tc>
          <w:tcPr>
            <w:tcW w:w="3312" w:type="dxa"/>
            <w:shd w:val="clear" w:color="auto" w:fill="F0F4F8"/>
          </w:tcPr>
          <w:p w:rsidR="00B467E1" w:rsidRDefault="008169BF">
            <w:r>
              <w:rPr>
                <w:rFonts w:ascii="Arial" w:hAnsi="Arial"/>
                <w:b/>
                <w:color w:val="003366"/>
                <w:sz w:val="18"/>
              </w:rPr>
              <w:t>English Proficiency Level:</w:t>
            </w:r>
          </w:p>
        </w:tc>
        <w:tc>
          <w:tcPr>
            <w:tcW w:w="6480" w:type="dxa"/>
            <w:shd w:val="clear" w:color="auto" w:fill="FFFFFF"/>
          </w:tcPr>
          <w:p w:rsidR="00B467E1" w:rsidRDefault="008169BF">
            <w:r>
              <w:rPr>
                <w:rFonts w:ascii="Arial" w:hAnsi="Arial"/>
                <w:color w:val="282828"/>
                <w:sz w:val="18"/>
              </w:rPr>
              <w:t>[ ] B2  [ ] C1  [ ] C2 / Native</w:t>
            </w:r>
          </w:p>
        </w:tc>
      </w:tr>
      <w:tr w:rsidR="00B467E1">
        <w:trPr>
          <w:jc w:val="center"/>
        </w:trPr>
        <w:tc>
          <w:tcPr>
            <w:tcW w:w="3312" w:type="dxa"/>
            <w:shd w:val="clear" w:color="auto" w:fill="F0F4F8"/>
          </w:tcPr>
          <w:p w:rsidR="00B467E1" w:rsidRDefault="008169BF">
            <w:r>
              <w:rPr>
                <w:rFonts w:ascii="Arial" w:hAnsi="Arial"/>
                <w:b/>
                <w:color w:val="003366"/>
                <w:sz w:val="18"/>
              </w:rPr>
              <w:t>Short Professional Bio &amp; Motivation:</w:t>
            </w:r>
          </w:p>
        </w:tc>
        <w:tc>
          <w:tcPr>
            <w:tcW w:w="6480" w:type="dxa"/>
            <w:shd w:val="clear" w:color="auto" w:fill="FFFFFF"/>
          </w:tcPr>
          <w:p w:rsidR="00B467E1" w:rsidRDefault="008169BF">
            <w:r>
              <w:rPr>
                <w:rFonts w:ascii="Arial" w:hAnsi="Arial"/>
                <w:color w:val="282828"/>
                <w:sz w:val="18"/>
              </w:rPr>
              <w:t>________________________________________________________</w:t>
            </w:r>
            <w:r>
              <w:rPr>
                <w:rFonts w:ascii="Arial" w:hAnsi="Arial"/>
                <w:color w:val="282828"/>
                <w:sz w:val="18"/>
              </w:rPr>
              <w:br/>
              <w:t>________________________________________________________</w:t>
            </w:r>
          </w:p>
        </w:tc>
      </w:tr>
      <w:tr w:rsidR="00B467E1">
        <w:trPr>
          <w:jc w:val="center"/>
        </w:trPr>
        <w:tc>
          <w:tcPr>
            <w:tcW w:w="3312" w:type="dxa"/>
            <w:shd w:val="clear" w:color="auto" w:fill="F0F4F8"/>
          </w:tcPr>
          <w:p w:rsidR="00B467E1" w:rsidRDefault="008169BF">
            <w:r>
              <w:rPr>
                <w:rFonts w:ascii="Arial" w:hAnsi="Arial"/>
                <w:b/>
                <w:color w:val="003366"/>
                <w:sz w:val="18"/>
              </w:rPr>
              <w:t>Europass CV Attached:</w:t>
            </w:r>
          </w:p>
        </w:tc>
        <w:tc>
          <w:tcPr>
            <w:tcW w:w="6480" w:type="dxa"/>
            <w:shd w:val="clear" w:color="auto" w:fill="FFFFFF"/>
          </w:tcPr>
          <w:p w:rsidR="00B467E1" w:rsidRDefault="008169BF">
            <w:r>
              <w:rPr>
                <w:rFonts w:ascii="Arial" w:hAnsi="Arial"/>
                <w:color w:val="282828"/>
                <w:sz w:val="18"/>
              </w:rPr>
              <w:t>[ ] Yes, attached to this questionnaire</w:t>
            </w:r>
          </w:p>
        </w:tc>
      </w:tr>
    </w:tbl>
    <w:p w:rsidR="00B467E1" w:rsidRDefault="00B467E1"/>
    <w:p w:rsidR="00B467E1" w:rsidRDefault="008169BF">
      <w:pPr>
        <w:spacing w:before="160" w:after="80"/>
      </w:pPr>
      <w:r>
        <w:rPr>
          <w:rFonts w:ascii="Arial" w:hAnsi="Arial"/>
          <w:b/>
          <w:color w:val="003366"/>
        </w:rPr>
        <w:t>SECTION C: Thematic Cluster Selection &amp; R&amp;I Objectives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12"/>
        <w:gridCol w:w="6480"/>
      </w:tblGrid>
      <w:tr w:rsidR="00B467E1">
        <w:trPr>
          <w:jc w:val="center"/>
        </w:trPr>
        <w:tc>
          <w:tcPr>
            <w:tcW w:w="3312" w:type="dxa"/>
            <w:shd w:val="clear" w:color="auto" w:fill="F0F4F8"/>
          </w:tcPr>
          <w:p w:rsidR="00B467E1" w:rsidRDefault="008169BF">
            <w:r>
              <w:rPr>
                <w:rFonts w:ascii="Arial" w:hAnsi="Arial"/>
                <w:b/>
                <w:color w:val="003366"/>
                <w:sz w:val="18"/>
              </w:rPr>
              <w:t>Selected Primary Clust</w:t>
            </w:r>
            <w:r>
              <w:rPr>
                <w:rFonts w:ascii="Arial" w:hAnsi="Arial"/>
                <w:b/>
                <w:color w:val="003366"/>
                <w:sz w:val="18"/>
              </w:rPr>
              <w:t>er:</w:t>
            </w:r>
          </w:p>
        </w:tc>
        <w:tc>
          <w:tcPr>
            <w:tcW w:w="6480" w:type="dxa"/>
            <w:shd w:val="clear" w:color="auto" w:fill="FFFFFF"/>
          </w:tcPr>
          <w:p w:rsidR="00B467E1" w:rsidRDefault="008169BF">
            <w:proofErr w:type="gramStart"/>
            <w:r>
              <w:rPr>
                <w:rFonts w:ascii="Arial" w:hAnsi="Arial"/>
                <w:color w:val="282828"/>
                <w:sz w:val="18"/>
              </w:rPr>
              <w:t>[ ]</w:t>
            </w:r>
            <w:proofErr w:type="gramEnd"/>
            <w:r>
              <w:rPr>
                <w:rFonts w:ascii="Arial" w:hAnsi="Arial"/>
                <w:color w:val="282828"/>
                <w:sz w:val="18"/>
              </w:rPr>
              <w:t xml:space="preserve"> Cluster 1: AgriBio &amp; Natural Resources</w:t>
            </w:r>
            <w:r>
              <w:rPr>
                <w:rFonts w:ascii="Arial" w:hAnsi="Arial"/>
                <w:color w:val="282828"/>
                <w:sz w:val="18"/>
              </w:rPr>
              <w:br/>
              <w:t>[</w:t>
            </w:r>
            <w:r w:rsidR="00B31E8F">
              <w:rPr>
                <w:rFonts w:ascii="Arial" w:hAnsi="Arial"/>
                <w:color w:val="282828"/>
                <w:sz w:val="18"/>
              </w:rPr>
              <w:t xml:space="preserve"> </w:t>
            </w:r>
            <w:r>
              <w:rPr>
                <w:rFonts w:ascii="Arial" w:hAnsi="Arial"/>
                <w:color w:val="282828"/>
                <w:sz w:val="18"/>
              </w:rPr>
              <w:t>] Cluster 2: Environment, Climate Action, Energy, Spatial Planning &amp; Smart Regions</w:t>
            </w:r>
            <w:r>
              <w:rPr>
                <w:rFonts w:ascii="Arial" w:hAnsi="Arial"/>
                <w:color w:val="282828"/>
                <w:sz w:val="18"/>
              </w:rPr>
              <w:br/>
              <w:t>[ ] Cluster 3: Cultural Heritage, Architecture, Media &amp; NEB</w:t>
            </w:r>
            <w:r>
              <w:rPr>
                <w:rFonts w:ascii="Arial" w:hAnsi="Arial"/>
                <w:color w:val="282828"/>
                <w:sz w:val="18"/>
              </w:rPr>
              <w:br/>
              <w:t>[ ] Cluster 4: Smart Rural &amp; Sustainable Tourism</w:t>
            </w:r>
          </w:p>
        </w:tc>
      </w:tr>
      <w:tr w:rsidR="00B467E1">
        <w:trPr>
          <w:jc w:val="center"/>
        </w:trPr>
        <w:tc>
          <w:tcPr>
            <w:tcW w:w="3312" w:type="dxa"/>
            <w:shd w:val="clear" w:color="auto" w:fill="F0F4F8"/>
          </w:tcPr>
          <w:p w:rsidR="00B467E1" w:rsidRDefault="008169BF">
            <w:r>
              <w:rPr>
                <w:rFonts w:ascii="Arial" w:hAnsi="Arial"/>
                <w:b/>
                <w:color w:val="003366"/>
                <w:sz w:val="18"/>
              </w:rPr>
              <w:t>Key R&amp;I Result</w:t>
            </w:r>
            <w:r>
              <w:rPr>
                <w:rFonts w:ascii="Arial" w:hAnsi="Arial"/>
                <w:b/>
                <w:color w:val="003366"/>
                <w:sz w:val="18"/>
              </w:rPr>
              <w:t xml:space="preserve">s / Assets Brought </w:t>
            </w:r>
            <w:r>
              <w:rPr>
                <w:rFonts w:ascii="Arial" w:hAnsi="Arial"/>
                <w:b/>
                <w:color w:val="003366"/>
                <w:sz w:val="18"/>
              </w:rPr>
              <w:lastRenderedPageBreak/>
              <w:t>to Secondment:</w:t>
            </w:r>
          </w:p>
        </w:tc>
        <w:tc>
          <w:tcPr>
            <w:tcW w:w="6480" w:type="dxa"/>
            <w:shd w:val="clear" w:color="auto" w:fill="FFFFFF"/>
          </w:tcPr>
          <w:p w:rsidR="00B467E1" w:rsidRDefault="008169BF">
            <w:r>
              <w:rPr>
                <w:rFonts w:ascii="Arial" w:hAnsi="Arial"/>
                <w:color w:val="282828"/>
                <w:sz w:val="18"/>
              </w:rPr>
              <w:lastRenderedPageBreak/>
              <w:t>________________________________________________________</w:t>
            </w:r>
            <w:r>
              <w:rPr>
                <w:rFonts w:ascii="Arial" w:hAnsi="Arial"/>
                <w:color w:val="282828"/>
                <w:sz w:val="18"/>
              </w:rPr>
              <w:br/>
            </w:r>
            <w:r>
              <w:rPr>
                <w:rFonts w:ascii="Arial" w:hAnsi="Arial"/>
                <w:color w:val="282828"/>
                <w:sz w:val="18"/>
              </w:rPr>
              <w:lastRenderedPageBreak/>
              <w:t>________________________________________________________</w:t>
            </w:r>
          </w:p>
        </w:tc>
      </w:tr>
      <w:tr w:rsidR="00B467E1">
        <w:trPr>
          <w:jc w:val="center"/>
        </w:trPr>
        <w:tc>
          <w:tcPr>
            <w:tcW w:w="3312" w:type="dxa"/>
            <w:shd w:val="clear" w:color="auto" w:fill="F0F4F8"/>
          </w:tcPr>
          <w:p w:rsidR="00B467E1" w:rsidRDefault="008169BF">
            <w:r>
              <w:rPr>
                <w:rFonts w:ascii="Arial" w:hAnsi="Arial"/>
                <w:b/>
                <w:color w:val="003366"/>
                <w:sz w:val="18"/>
              </w:rPr>
              <w:lastRenderedPageBreak/>
              <w:t>Capacity Building Priorities for Sending Institution:</w:t>
            </w:r>
          </w:p>
        </w:tc>
        <w:tc>
          <w:tcPr>
            <w:tcW w:w="6480" w:type="dxa"/>
            <w:shd w:val="clear" w:color="auto" w:fill="FFFFFF"/>
          </w:tcPr>
          <w:p w:rsidR="00B467E1" w:rsidRDefault="008169BF">
            <w:r>
              <w:rPr>
                <w:rFonts w:ascii="Arial" w:hAnsi="Arial"/>
                <w:color w:val="282828"/>
                <w:sz w:val="18"/>
              </w:rPr>
              <w:t>________________________________________________________</w:t>
            </w:r>
            <w:r>
              <w:rPr>
                <w:rFonts w:ascii="Arial" w:hAnsi="Arial"/>
                <w:color w:val="282828"/>
                <w:sz w:val="18"/>
              </w:rPr>
              <w:br/>
              <w:t>________________________________________________________</w:t>
            </w:r>
          </w:p>
        </w:tc>
      </w:tr>
    </w:tbl>
    <w:p w:rsidR="00B467E1" w:rsidRDefault="00B467E1"/>
    <w:p w:rsidR="00B467E1" w:rsidRDefault="008169BF">
      <w:pPr>
        <w:spacing w:before="160" w:after="80"/>
      </w:pPr>
      <w:r>
        <w:rPr>
          <w:rFonts w:ascii="Arial" w:hAnsi="Arial"/>
          <w:b/>
          <w:color w:val="003366"/>
        </w:rPr>
        <w:t>SECTION D: Mobility Preferences &amp; Logistics (1H 2027)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12"/>
        <w:gridCol w:w="6480"/>
      </w:tblGrid>
      <w:tr w:rsidR="00B467E1">
        <w:trPr>
          <w:jc w:val="center"/>
        </w:trPr>
        <w:tc>
          <w:tcPr>
            <w:tcW w:w="3312" w:type="dxa"/>
            <w:shd w:val="clear" w:color="auto" w:fill="F0F4F8"/>
          </w:tcPr>
          <w:p w:rsidR="00B467E1" w:rsidRDefault="008169BF">
            <w:r>
              <w:rPr>
                <w:rFonts w:ascii="Arial" w:hAnsi="Arial"/>
                <w:b/>
                <w:color w:val="003366"/>
                <w:sz w:val="18"/>
              </w:rPr>
              <w:t>Preferred Duration:</w:t>
            </w:r>
          </w:p>
        </w:tc>
        <w:tc>
          <w:tcPr>
            <w:tcW w:w="6480" w:type="dxa"/>
            <w:shd w:val="clear" w:color="auto" w:fill="FFFFFF"/>
          </w:tcPr>
          <w:p w:rsidR="00B467E1" w:rsidRDefault="008169BF">
            <w:r>
              <w:rPr>
                <w:rFonts w:ascii="Arial" w:hAnsi="Arial"/>
                <w:color w:val="282828"/>
                <w:sz w:val="18"/>
              </w:rPr>
              <w:t>[ ] 15 Days  [ ] 30 Days</w:t>
            </w:r>
          </w:p>
        </w:tc>
      </w:tr>
      <w:tr w:rsidR="00B467E1">
        <w:trPr>
          <w:jc w:val="center"/>
        </w:trPr>
        <w:tc>
          <w:tcPr>
            <w:tcW w:w="3312" w:type="dxa"/>
            <w:shd w:val="clear" w:color="auto" w:fill="F0F4F8"/>
          </w:tcPr>
          <w:p w:rsidR="00B467E1" w:rsidRDefault="008169BF">
            <w:r>
              <w:rPr>
                <w:rFonts w:ascii="Arial" w:hAnsi="Arial"/>
                <w:b/>
                <w:color w:val="003366"/>
                <w:sz w:val="18"/>
              </w:rPr>
              <w:t>Preferred Time Window in 1H 2027:</w:t>
            </w:r>
          </w:p>
        </w:tc>
        <w:tc>
          <w:tcPr>
            <w:tcW w:w="6480" w:type="dxa"/>
            <w:shd w:val="clear" w:color="auto" w:fill="FFFFFF"/>
          </w:tcPr>
          <w:p w:rsidR="00B467E1" w:rsidRDefault="008169BF">
            <w:r>
              <w:rPr>
                <w:rFonts w:ascii="Arial" w:hAnsi="Arial"/>
                <w:color w:val="282828"/>
                <w:sz w:val="18"/>
              </w:rPr>
              <w:t xml:space="preserve">[ ] </w:t>
            </w:r>
            <w:r>
              <w:rPr>
                <w:rFonts w:ascii="Arial" w:hAnsi="Arial"/>
                <w:color w:val="282828"/>
                <w:sz w:val="18"/>
              </w:rPr>
              <w:t>Jan-Feb 2027  [ ] Mar-Apr 2027  [ ] May-Jun 2027</w:t>
            </w:r>
          </w:p>
        </w:tc>
      </w:tr>
      <w:tr w:rsidR="00B467E1">
        <w:trPr>
          <w:jc w:val="center"/>
        </w:trPr>
        <w:tc>
          <w:tcPr>
            <w:tcW w:w="3312" w:type="dxa"/>
            <w:shd w:val="clear" w:color="auto" w:fill="F0F4F8"/>
          </w:tcPr>
          <w:p w:rsidR="00B467E1" w:rsidRDefault="008169BF">
            <w:r>
              <w:rPr>
                <w:rFonts w:ascii="Arial" w:hAnsi="Arial"/>
                <w:b/>
                <w:color w:val="003366"/>
                <w:sz w:val="18"/>
              </w:rPr>
              <w:t>Cross-Border Visits Interest (Croatia, Italy, Austria):</w:t>
            </w:r>
          </w:p>
        </w:tc>
        <w:tc>
          <w:tcPr>
            <w:tcW w:w="6480" w:type="dxa"/>
            <w:shd w:val="clear" w:color="auto" w:fill="FFFFFF"/>
          </w:tcPr>
          <w:p w:rsidR="00B467E1" w:rsidRDefault="008169BF">
            <w:r>
              <w:rPr>
                <w:rFonts w:ascii="Arial" w:hAnsi="Arial"/>
                <w:color w:val="282828"/>
                <w:sz w:val="18"/>
              </w:rPr>
              <w:t>[X] Yes, interested in Croatia</w:t>
            </w:r>
            <w:bookmarkStart w:id="0" w:name="_GoBack"/>
            <w:bookmarkEnd w:id="0"/>
            <w:r>
              <w:rPr>
                <w:rFonts w:ascii="Arial" w:hAnsi="Arial"/>
                <w:color w:val="282828"/>
                <w:sz w:val="18"/>
              </w:rPr>
              <w:t>, Italy &amp; Austria field visits</w:t>
            </w:r>
          </w:p>
        </w:tc>
      </w:tr>
      <w:tr w:rsidR="00B467E1">
        <w:trPr>
          <w:jc w:val="center"/>
        </w:trPr>
        <w:tc>
          <w:tcPr>
            <w:tcW w:w="3312" w:type="dxa"/>
            <w:shd w:val="clear" w:color="auto" w:fill="F0F4F8"/>
          </w:tcPr>
          <w:p w:rsidR="00B467E1" w:rsidRDefault="008169BF">
            <w:r>
              <w:rPr>
                <w:rFonts w:ascii="Arial" w:hAnsi="Arial"/>
                <w:b/>
                <w:color w:val="003366"/>
                <w:sz w:val="18"/>
              </w:rPr>
              <w:t>Special Accommodation or Dietary Needs:</w:t>
            </w:r>
          </w:p>
        </w:tc>
        <w:tc>
          <w:tcPr>
            <w:tcW w:w="6480" w:type="dxa"/>
            <w:shd w:val="clear" w:color="auto" w:fill="FFFFFF"/>
          </w:tcPr>
          <w:p w:rsidR="00B467E1" w:rsidRDefault="008169BF">
            <w:r>
              <w:rPr>
                <w:rFonts w:ascii="Arial" w:hAnsi="Arial"/>
                <w:color w:val="282828"/>
                <w:sz w:val="18"/>
              </w:rPr>
              <w:t>____________________</w:t>
            </w:r>
          </w:p>
        </w:tc>
      </w:tr>
    </w:tbl>
    <w:p w:rsidR="00B467E1" w:rsidRDefault="00B467E1"/>
    <w:p w:rsidR="00B467E1" w:rsidRDefault="008169BF">
      <w:pPr>
        <w:spacing w:before="160" w:after="80"/>
      </w:pPr>
      <w:r>
        <w:rPr>
          <w:rFonts w:ascii="Arial" w:hAnsi="Arial"/>
          <w:b/>
          <w:color w:val="003366"/>
        </w:rPr>
        <w:t>SECTION E</w:t>
      </w:r>
      <w:r>
        <w:rPr>
          <w:rFonts w:ascii="Arial" w:hAnsi="Arial"/>
          <w:b/>
          <w:color w:val="003366"/>
        </w:rPr>
        <w:t>: Pathway to Subsequent Grants (Instruments #2 &amp; #1)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12"/>
        <w:gridCol w:w="6480"/>
      </w:tblGrid>
      <w:tr w:rsidR="00B467E1">
        <w:trPr>
          <w:jc w:val="center"/>
        </w:trPr>
        <w:tc>
          <w:tcPr>
            <w:tcW w:w="3312" w:type="dxa"/>
            <w:shd w:val="clear" w:color="auto" w:fill="F0F4F8"/>
          </w:tcPr>
          <w:p w:rsidR="00B467E1" w:rsidRDefault="008169BF">
            <w:r>
              <w:rPr>
                <w:rFonts w:ascii="Arial" w:hAnsi="Arial"/>
                <w:b/>
                <w:color w:val="003366"/>
                <w:sz w:val="18"/>
              </w:rPr>
              <w:t>Interest in Instrument #2 (Commercialisation Grant):</w:t>
            </w:r>
          </w:p>
        </w:tc>
        <w:tc>
          <w:tcPr>
            <w:tcW w:w="6480" w:type="dxa"/>
            <w:shd w:val="clear" w:color="auto" w:fill="FFFFFF"/>
          </w:tcPr>
          <w:p w:rsidR="00B467E1" w:rsidRDefault="008169BF">
            <w:r>
              <w:rPr>
                <w:rFonts w:ascii="Arial" w:hAnsi="Arial"/>
                <w:color w:val="282828"/>
                <w:sz w:val="18"/>
              </w:rPr>
              <w:t>[ ] Yes  [ ] Maybe  [ ] No</w:t>
            </w:r>
          </w:p>
        </w:tc>
      </w:tr>
      <w:tr w:rsidR="00B467E1">
        <w:trPr>
          <w:jc w:val="center"/>
        </w:trPr>
        <w:tc>
          <w:tcPr>
            <w:tcW w:w="3312" w:type="dxa"/>
            <w:shd w:val="clear" w:color="auto" w:fill="F0F4F8"/>
          </w:tcPr>
          <w:p w:rsidR="00B467E1" w:rsidRDefault="008169BF">
            <w:r>
              <w:rPr>
                <w:rFonts w:ascii="Arial" w:hAnsi="Arial"/>
                <w:b/>
                <w:color w:val="003366"/>
                <w:sz w:val="18"/>
              </w:rPr>
              <w:t>Interest in Instrument #1 (Joint Regional Action Grant):</w:t>
            </w:r>
          </w:p>
        </w:tc>
        <w:tc>
          <w:tcPr>
            <w:tcW w:w="6480" w:type="dxa"/>
            <w:shd w:val="clear" w:color="auto" w:fill="FFFFFF"/>
          </w:tcPr>
          <w:p w:rsidR="00B467E1" w:rsidRDefault="008169BF">
            <w:r>
              <w:rPr>
                <w:rFonts w:ascii="Arial" w:hAnsi="Arial"/>
                <w:color w:val="282828"/>
                <w:sz w:val="18"/>
              </w:rPr>
              <w:t>[ ] Yes  [ ] Maybe  [ ] No</w:t>
            </w:r>
          </w:p>
        </w:tc>
      </w:tr>
      <w:tr w:rsidR="00B467E1">
        <w:trPr>
          <w:jc w:val="center"/>
        </w:trPr>
        <w:tc>
          <w:tcPr>
            <w:tcW w:w="3312" w:type="dxa"/>
            <w:shd w:val="clear" w:color="auto" w:fill="F0F4F8"/>
          </w:tcPr>
          <w:p w:rsidR="00B467E1" w:rsidRDefault="008169BF">
            <w:r>
              <w:rPr>
                <w:rFonts w:ascii="Arial" w:hAnsi="Arial"/>
                <w:b/>
                <w:color w:val="003366"/>
                <w:sz w:val="18"/>
              </w:rPr>
              <w:t>Long-term Bilateral Cooperation Inten</w:t>
            </w:r>
            <w:r>
              <w:rPr>
                <w:rFonts w:ascii="Arial" w:hAnsi="Arial"/>
                <w:b/>
                <w:color w:val="003366"/>
                <w:sz w:val="18"/>
              </w:rPr>
              <w:t>t with Via Europea Ltd.:</w:t>
            </w:r>
          </w:p>
        </w:tc>
        <w:tc>
          <w:tcPr>
            <w:tcW w:w="6480" w:type="dxa"/>
            <w:shd w:val="clear" w:color="auto" w:fill="FFFFFF"/>
          </w:tcPr>
          <w:p w:rsidR="00B467E1" w:rsidRDefault="008169BF">
            <w:r>
              <w:rPr>
                <w:rFonts w:ascii="Arial" w:hAnsi="Arial"/>
                <w:color w:val="282828"/>
                <w:sz w:val="18"/>
              </w:rPr>
              <w:t>________________________________________________________</w:t>
            </w:r>
          </w:p>
        </w:tc>
      </w:tr>
    </w:tbl>
    <w:p w:rsidR="00B467E1" w:rsidRDefault="00B467E1"/>
    <w:p w:rsidR="00B467E1" w:rsidRDefault="008169BF">
      <w:r>
        <w:rPr>
          <w:rFonts w:ascii="Arial" w:hAnsi="Arial"/>
          <w:b/>
          <w:color w:val="003366"/>
        </w:rPr>
        <w:t>SECTION F: Official Confirmation &amp; Sign-off</w:t>
      </w:r>
    </w:p>
    <w:p w:rsidR="00B467E1" w:rsidRDefault="008169BF">
      <w:r>
        <w:t>On behalf of Sending Organisation:</w:t>
      </w:r>
      <w:r>
        <w:br/>
      </w:r>
      <w:r>
        <w:br/>
        <w:t>Name &amp; Position: ___________________________________________________</w:t>
      </w:r>
      <w:r>
        <w:br/>
        <w:t>Date &amp; Signature: _____</w:t>
      </w:r>
      <w:r>
        <w:t>_____________________________________________</w:t>
      </w:r>
      <w:r>
        <w:br/>
        <w:t>Stamp (if applicable):</w:t>
      </w:r>
      <w:r>
        <w:br/>
      </w:r>
      <w:r>
        <w:br/>
        <w:t>Nominated Candidate (Secondee):</w:t>
      </w:r>
      <w:r>
        <w:br/>
      </w:r>
      <w:r>
        <w:br/>
        <w:t>Name: _____________________________________________________________</w:t>
      </w:r>
      <w:r>
        <w:br/>
        <w:t>Date &amp; Signature: __________________________________________________</w:t>
      </w:r>
    </w:p>
    <w:sectPr w:rsidR="00B467E1" w:rsidSect="00034616">
      <w:headerReference w:type="default" r:id="rId8"/>
      <w:footerReference w:type="default" r:id="rId9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69BF" w:rsidRDefault="008169BF">
      <w:pPr>
        <w:spacing w:after="0" w:line="240" w:lineRule="auto"/>
      </w:pPr>
      <w:r>
        <w:separator/>
      </w:r>
    </w:p>
  </w:endnote>
  <w:endnote w:type="continuationSeparator" w:id="0">
    <w:p w:rsidR="008169BF" w:rsidRDefault="008169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67E1" w:rsidRDefault="008169BF">
    <w:pPr>
      <w:pStyle w:val="Noga"/>
      <w:jc w:val="center"/>
    </w:pPr>
    <w:r>
      <w:rPr>
        <w:rFonts w:ascii="Arial" w:hAnsi="Arial"/>
        <w:color w:val="787878"/>
        <w:sz w:val="17"/>
      </w:rPr>
      <w:t>Via Europea Ltd. | Partner &amp; Secondment Candidate Questionnaire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69BF" w:rsidRDefault="008169BF">
      <w:pPr>
        <w:spacing w:after="0" w:line="240" w:lineRule="auto"/>
      </w:pPr>
      <w:r>
        <w:separator/>
      </w:r>
    </w:p>
  </w:footnote>
  <w:footnote w:type="continuationSeparator" w:id="0">
    <w:p w:rsidR="008169BF" w:rsidRDefault="008169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67E1" w:rsidRDefault="008169BF">
    <w:pPr>
      <w:pStyle w:val="Glava"/>
      <w:jc w:val="right"/>
    </w:pPr>
    <w:r>
      <w:rPr>
        <w:rFonts w:ascii="Arial" w:hAnsi="Arial"/>
        <w:color w:val="787878"/>
        <w:sz w:val="17"/>
      </w:rPr>
      <w:t>POLICY ENLARGE | HORIZON EUROPE (GA No. 101289627) | INSTRUMENT #3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tevile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tevile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znaenseznam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znaenseznam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tevile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8169BF"/>
    <w:rsid w:val="00AA1D8D"/>
    <w:rsid w:val="00B31E8F"/>
    <w:rsid w:val="00B467E1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2DCF99"/>
  <w14:defaultImageDpi w14:val="300"/>
  <w15:docId w15:val="{2546A390-4143-4AF2-BB9F-0AC6BAF0B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FC693F"/>
  </w:style>
  <w:style w:type="paragraph" w:styleId="Naslov1">
    <w:name w:val="heading 1"/>
    <w:basedOn w:val="Navaden"/>
    <w:next w:val="Navaden"/>
    <w:link w:val="Naslov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618BF"/>
  </w:style>
  <w:style w:type="paragraph" w:styleId="Noga">
    <w:name w:val="footer"/>
    <w:basedOn w:val="Navaden"/>
    <w:link w:val="Nog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618BF"/>
  </w:style>
  <w:style w:type="paragraph" w:styleId="Brezrazmikov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Znak">
    <w:name w:val="Naslov 1 Znak"/>
    <w:basedOn w:val="Privzetapisavaodstav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Znak">
    <w:name w:val="Naslov 2 Znak"/>
    <w:basedOn w:val="Privzetapisavaodstav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Znak">
    <w:name w:val="Naslov 3 Znak"/>
    <w:basedOn w:val="Privzetapisavaodstav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avaden"/>
    <w:next w:val="Navaden"/>
    <w:link w:val="Naslov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Znak">
    <w:name w:val="Podnaslov Znak"/>
    <w:basedOn w:val="Privzetapisavaodstav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FC693F"/>
    <w:pPr>
      <w:ind w:left="720"/>
      <w:contextualSpacing/>
    </w:pPr>
  </w:style>
  <w:style w:type="paragraph" w:styleId="Telobesedila">
    <w:name w:val="Body Text"/>
    <w:basedOn w:val="Navaden"/>
    <w:link w:val="TelobesedilaZnak"/>
    <w:uiPriority w:val="99"/>
    <w:unhideWhenUsed/>
    <w:rsid w:val="00AA1D8D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rsid w:val="00AA1D8D"/>
  </w:style>
  <w:style w:type="paragraph" w:styleId="Telobesedila2">
    <w:name w:val="Body Text 2"/>
    <w:basedOn w:val="Navaden"/>
    <w:link w:val="Telobesedila2Znak"/>
    <w:uiPriority w:val="99"/>
    <w:unhideWhenUsed/>
    <w:rsid w:val="00AA1D8D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rsid w:val="00AA1D8D"/>
  </w:style>
  <w:style w:type="paragraph" w:styleId="Telobesedila3">
    <w:name w:val="Body Text 3"/>
    <w:basedOn w:val="Navaden"/>
    <w:link w:val="Telobesedila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lobesedila3Znak">
    <w:name w:val="Telo besedila 3 Znak"/>
    <w:basedOn w:val="Privzetapisavaodstavka"/>
    <w:link w:val="Telobesedila3"/>
    <w:uiPriority w:val="99"/>
    <w:rsid w:val="00AA1D8D"/>
    <w:rPr>
      <w:sz w:val="16"/>
      <w:szCs w:val="16"/>
    </w:rPr>
  </w:style>
  <w:style w:type="paragraph" w:styleId="Seznam">
    <w:name w:val="List"/>
    <w:basedOn w:val="Navade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avade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avaden"/>
    <w:uiPriority w:val="99"/>
    <w:unhideWhenUsed/>
    <w:rsid w:val="00326F90"/>
    <w:pPr>
      <w:ind w:left="1080" w:hanging="360"/>
      <w:contextualSpacing/>
    </w:pPr>
  </w:style>
  <w:style w:type="paragraph" w:styleId="Oznaenseznam">
    <w:name w:val="List Bullet"/>
    <w:basedOn w:val="Navaden"/>
    <w:uiPriority w:val="99"/>
    <w:unhideWhenUsed/>
    <w:rsid w:val="00326F90"/>
    <w:pPr>
      <w:numPr>
        <w:numId w:val="1"/>
      </w:numPr>
      <w:contextualSpacing/>
    </w:pPr>
  </w:style>
  <w:style w:type="paragraph" w:styleId="Oznaenseznam2">
    <w:name w:val="List Bullet 2"/>
    <w:basedOn w:val="Navaden"/>
    <w:uiPriority w:val="99"/>
    <w:unhideWhenUsed/>
    <w:rsid w:val="00326F90"/>
    <w:pPr>
      <w:numPr>
        <w:numId w:val="2"/>
      </w:numPr>
      <w:contextualSpacing/>
    </w:pPr>
  </w:style>
  <w:style w:type="paragraph" w:styleId="Oznaenseznam3">
    <w:name w:val="List Bullet 3"/>
    <w:basedOn w:val="Navaden"/>
    <w:uiPriority w:val="99"/>
    <w:unhideWhenUsed/>
    <w:rsid w:val="00326F90"/>
    <w:pPr>
      <w:numPr>
        <w:numId w:val="3"/>
      </w:numPr>
      <w:contextualSpacing/>
    </w:pPr>
  </w:style>
  <w:style w:type="paragraph" w:styleId="Otevilenseznam">
    <w:name w:val="List Number"/>
    <w:basedOn w:val="Navaden"/>
    <w:uiPriority w:val="99"/>
    <w:unhideWhenUsed/>
    <w:rsid w:val="00326F90"/>
    <w:pPr>
      <w:numPr>
        <w:numId w:val="5"/>
      </w:numPr>
      <w:contextualSpacing/>
    </w:pPr>
  </w:style>
  <w:style w:type="paragraph" w:styleId="Otevilenseznam2">
    <w:name w:val="List Number 2"/>
    <w:basedOn w:val="Navaden"/>
    <w:uiPriority w:val="99"/>
    <w:unhideWhenUsed/>
    <w:rsid w:val="0029639D"/>
    <w:pPr>
      <w:numPr>
        <w:numId w:val="6"/>
      </w:numPr>
      <w:contextualSpacing/>
    </w:pPr>
  </w:style>
  <w:style w:type="paragraph" w:styleId="Otevilenseznam3">
    <w:name w:val="List Number 3"/>
    <w:basedOn w:val="Navaden"/>
    <w:uiPriority w:val="99"/>
    <w:unhideWhenUsed/>
    <w:rsid w:val="0029639D"/>
    <w:pPr>
      <w:numPr>
        <w:numId w:val="7"/>
      </w:numPr>
      <w:contextualSpacing/>
    </w:pPr>
  </w:style>
  <w:style w:type="paragraph" w:styleId="Seznam-nadaljevanje">
    <w:name w:val="List Continue"/>
    <w:basedOn w:val="Navaden"/>
    <w:uiPriority w:val="99"/>
    <w:unhideWhenUsed/>
    <w:rsid w:val="0029639D"/>
    <w:pPr>
      <w:spacing w:after="120"/>
      <w:ind w:left="360"/>
      <w:contextualSpacing/>
    </w:pPr>
  </w:style>
  <w:style w:type="paragraph" w:styleId="Seznam-nadaljevanje2">
    <w:name w:val="List Continue 2"/>
    <w:basedOn w:val="Navaden"/>
    <w:uiPriority w:val="99"/>
    <w:unhideWhenUsed/>
    <w:rsid w:val="0029639D"/>
    <w:pPr>
      <w:spacing w:after="120"/>
      <w:ind w:left="720"/>
      <w:contextualSpacing/>
    </w:pPr>
  </w:style>
  <w:style w:type="paragraph" w:styleId="Seznam-nadaljevanje3">
    <w:name w:val="List Continue 3"/>
    <w:basedOn w:val="Navaden"/>
    <w:uiPriority w:val="99"/>
    <w:unhideWhenUsed/>
    <w:rsid w:val="0029639D"/>
    <w:pPr>
      <w:spacing w:after="120"/>
      <w:ind w:left="1080"/>
      <w:contextualSpacing/>
    </w:pPr>
  </w:style>
  <w:style w:type="paragraph" w:styleId="Makrobesedilo">
    <w:name w:val="macro"/>
    <w:link w:val="Makrobesedilo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besediloZnak">
    <w:name w:val="Makro besedilo Znak"/>
    <w:basedOn w:val="Privzetapisavaodstavka"/>
    <w:link w:val="Makrobesedilo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avaden"/>
    <w:next w:val="Navaden"/>
    <w:link w:val="CitatZnak"/>
    <w:uiPriority w:val="29"/>
    <w:qFormat/>
    <w:rsid w:val="00FC693F"/>
    <w:rPr>
      <w:i/>
      <w:iCs/>
      <w:color w:val="000000" w:themeColor="text1"/>
    </w:rPr>
  </w:style>
  <w:style w:type="character" w:customStyle="1" w:styleId="CitatZnak">
    <w:name w:val="Citat Znak"/>
    <w:basedOn w:val="Privzetapisavaodstav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repko">
    <w:name w:val="Strong"/>
    <w:basedOn w:val="Privzetapisavaodstavka"/>
    <w:uiPriority w:val="22"/>
    <w:qFormat/>
    <w:rsid w:val="00FC693F"/>
    <w:rPr>
      <w:b/>
      <w:bCs/>
    </w:rPr>
  </w:style>
  <w:style w:type="character" w:styleId="Poudarek">
    <w:name w:val="Emphasis"/>
    <w:basedOn w:val="Privzetapisavaodstavka"/>
    <w:uiPriority w:val="20"/>
    <w:qFormat/>
    <w:rsid w:val="00FC693F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C693F"/>
    <w:rPr>
      <w:b/>
      <w:bCs/>
      <w:i/>
      <w:iCs/>
      <w:color w:val="4F81BD" w:themeColor="accent1"/>
    </w:rPr>
  </w:style>
  <w:style w:type="character" w:styleId="Neenpoudarek">
    <w:name w:val="Subtle Emphasis"/>
    <w:basedOn w:val="Privzetapisavaodstavka"/>
    <w:uiPriority w:val="19"/>
    <w:qFormat/>
    <w:rsid w:val="00FC693F"/>
    <w:rPr>
      <w:i/>
      <w:iCs/>
      <w:color w:val="808080" w:themeColor="text1" w:themeTint="7F"/>
    </w:rPr>
  </w:style>
  <w:style w:type="character" w:styleId="Intenzivenpoudarek">
    <w:name w:val="Intense Emphasis"/>
    <w:basedOn w:val="Privzetapisavaodstavka"/>
    <w:uiPriority w:val="21"/>
    <w:qFormat/>
    <w:rsid w:val="00FC693F"/>
    <w:rPr>
      <w:b/>
      <w:bCs/>
      <w:i/>
      <w:iCs/>
      <w:color w:val="4F81BD" w:themeColor="accent1"/>
    </w:rPr>
  </w:style>
  <w:style w:type="character" w:styleId="Neensklic">
    <w:name w:val="Subtle Reference"/>
    <w:basedOn w:val="Privzetapisavaodstavka"/>
    <w:uiPriority w:val="31"/>
    <w:qFormat/>
    <w:rsid w:val="00FC693F"/>
    <w:rPr>
      <w:smallCaps/>
      <w:color w:val="C0504D" w:themeColor="accent2"/>
      <w:u w:val="single"/>
    </w:rPr>
  </w:style>
  <w:style w:type="character" w:styleId="Intenzivensklic">
    <w:name w:val="Intense Reference"/>
    <w:basedOn w:val="Privzetapisavaodstav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Privzetapisavaodstavka"/>
    <w:uiPriority w:val="33"/>
    <w:qFormat/>
    <w:rsid w:val="00FC693F"/>
    <w:rPr>
      <w:b/>
      <w:b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FC693F"/>
    <w:pPr>
      <w:outlineLvl w:val="9"/>
    </w:pPr>
  </w:style>
  <w:style w:type="table" w:styleId="Tabelamrea">
    <w:name w:val="Table Grid"/>
    <w:basedOn w:val="Navadnatabel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osenenje">
    <w:name w:val="Light Shading"/>
    <w:basedOn w:val="Navadnatabel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osenenjepoudarek1">
    <w:name w:val="Light Shading Accent 1"/>
    <w:basedOn w:val="Navadnatabel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osenenjepoudarek2">
    <w:name w:val="Light Shading Accent 2"/>
    <w:basedOn w:val="Navadnatabel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osenenjepoudarek3">
    <w:name w:val="Light Shading Accent 3"/>
    <w:basedOn w:val="Navadnatabel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osenenjepoudarek4">
    <w:name w:val="Light Shading Accent 4"/>
    <w:basedOn w:val="Navadnatabel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osenenjepoudarek5">
    <w:name w:val="Light Shading Accent 5"/>
    <w:basedOn w:val="Navadnatabel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osenenjepoudarek6">
    <w:name w:val="Light Shading Accent 6"/>
    <w:basedOn w:val="Navadnatabel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elseznam">
    <w:name w:val="Light List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elseznampoudarek1">
    <w:name w:val="Light List Accent 1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elseznampoudarek2">
    <w:name w:val="Light List Accent 2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elseznampoudarek3">
    <w:name w:val="Light List Accent 3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elseznampoudarek4">
    <w:name w:val="Light List Accent 4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elseznampoudarek5">
    <w:name w:val="Light List Accent 5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elseznampoudarek6">
    <w:name w:val="Light List Accent 6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amrea">
    <w:name w:val="Light Grid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amreapoudarek1">
    <w:name w:val="Light Grid Accent 1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amreapoudarek2">
    <w:name w:val="Light Grid Accent 2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amreapoudarek3">
    <w:name w:val="Light Grid Accent 3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amreapoudarek4">
    <w:name w:val="Light Grid Accent 4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amreapoudarek5">
    <w:name w:val="Light Grid Accent 5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amreapoudarek6">
    <w:name w:val="Light Grid Accent 6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enenje1">
    <w:name w:val="Medium Shading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1">
    <w:name w:val="Medium Shading 1 Accent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2">
    <w:name w:val="Medium Shading 1 Accent 2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3">
    <w:name w:val="Medium Shading 1 Accent 3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4">
    <w:name w:val="Medium Shading 1 Accent 4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5">
    <w:name w:val="Medium Shading 1 Accent 5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6">
    <w:name w:val="Medium Shading 1 Accent 6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2">
    <w:name w:val="Medium Shading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1">
    <w:name w:val="Medium Shading 2 Accent 1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2">
    <w:name w:val="Medium Shading 2 Accent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3">
    <w:name w:val="Medium Shading 2 Accent 3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4">
    <w:name w:val="Medium Shading 2 Accent 4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5">
    <w:name w:val="Medium Shading 2 Accent 5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6">
    <w:name w:val="Medium Shading 2 Accent 6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seznam1">
    <w:name w:val="Medium Lis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seznam1poudarek1">
    <w:name w:val="Medium List 1 Accen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seznam1poudarek2">
    <w:name w:val="Medium List 1 Accent 2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seznam1poudarek3">
    <w:name w:val="Medium List 1 Accent 3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seznam1poudarek4">
    <w:name w:val="Medium List 1 Accent 4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seznam1poudarek5">
    <w:name w:val="Medium List 1 Accent 5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seznam1poudarek6">
    <w:name w:val="Medium List 1 Accent 6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seznam2">
    <w:name w:val="Medium Lis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1">
    <w:name w:val="Medium List 2 Accent 1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2">
    <w:name w:val="Medium List 2 Accen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3">
    <w:name w:val="Medium List 2 Accent 3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4">
    <w:name w:val="Medium List 2 Accent 4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5">
    <w:name w:val="Medium List 2 Accent 5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6">
    <w:name w:val="Medium List 2 Accent 6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mrea1">
    <w:name w:val="Medium Grid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mrea1poudarek1">
    <w:name w:val="Medium Grid 1 Accent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mrea1poudarek2">
    <w:name w:val="Medium Grid 1 Accent 2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mrea1poudarek3">
    <w:name w:val="Medium Grid 1 Accent 3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mrea1poudarek4">
    <w:name w:val="Medium Grid 1 Accent 4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mrea1poudarek5">
    <w:name w:val="Medium Grid 1 Accent 5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mrea1poudarek6">
    <w:name w:val="Medium Grid 1 Accent 6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mrea2">
    <w:name w:val="Medium Grid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1">
    <w:name w:val="Medium Grid 2 Accent 1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2">
    <w:name w:val="Medium Grid 2 Accent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3">
    <w:name w:val="Medium Grid 2 Accent 3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4">
    <w:name w:val="Medium Grid 2 Accent 4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5">
    <w:name w:val="Medium Grid 2 Accent 5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6">
    <w:name w:val="Medium Grid 2 Accent 6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3">
    <w:name w:val="Medium Grid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mrea3poudarek1">
    <w:name w:val="Medium Grid 3 Accent 1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mrea3poudarek2">
    <w:name w:val="Medium Grid 3 Accent 2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mrea3poudarek3">
    <w:name w:val="Medium Grid 3 Accent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mrea3poudarek4">
    <w:name w:val="Medium Grid 3 Accent 4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mrea3poudarek5">
    <w:name w:val="Medium Grid 3 Accent 5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mrea3poudarek6">
    <w:name w:val="Medium Grid 3 Accent 6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emenseznam">
    <w:name w:val="Dark List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emenseznampoudarek1">
    <w:name w:val="Dark List Accent 1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emenseznampoudarek2">
    <w:name w:val="Dark List Accent 2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emenseznampoudarek3">
    <w:name w:val="Dark List Accent 3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emenseznampoudarek4">
    <w:name w:val="Dark List Accent 4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emenseznampoudarek5">
    <w:name w:val="Dark List Accent 5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emenseznampoudarek6">
    <w:name w:val="Dark List Accent 6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vnosenenje">
    <w:name w:val="Colorful Shading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1">
    <w:name w:val="Colorful Shading Accent 1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2">
    <w:name w:val="Colorful Shading Accent 2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3">
    <w:name w:val="Colorful Shading Accent 3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osenenjepoudarek4">
    <w:name w:val="Colorful Shading Accent 4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5">
    <w:name w:val="Colorful Shading Accent 5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6">
    <w:name w:val="Colorful Shading Accent 6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iseznam">
    <w:name w:val="Colorful List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vniseznampoudarek1">
    <w:name w:val="Colorful List Accent 1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vniseznampoudarek2">
    <w:name w:val="Colorful List Accent 2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venseznampoudarek3">
    <w:name w:val="Colorful List Accent 3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vniseznampoudarek4">
    <w:name w:val="Colorful List Accent 4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vniseznampoudarek5">
    <w:name w:val="Colorful List Accent 5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vniseznampoudarek6">
    <w:name w:val="Colorful List Accent 6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vnamrea">
    <w:name w:val="Colorful Grid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vnamreapoudarek1">
    <w:name w:val="Colorful Grid Accent 1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vnamreapoudarek2">
    <w:name w:val="Colorful Grid Accent 2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vnamreapoudarek3">
    <w:name w:val="Colorful Grid Accent 3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amreapoudarek4">
    <w:name w:val="Colorful Grid Accent 4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vnamreapoudarek5">
    <w:name w:val="Colorful Grid Accent 5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vnamreapoudarek6">
    <w:name w:val="Colorful Grid Accent 6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861E2D8-8C11-459F-9B9B-6CF542A6B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475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Uporabnik</cp:lastModifiedBy>
  <cp:revision>2</cp:revision>
  <dcterms:created xsi:type="dcterms:W3CDTF">2026-10-28T13:30:00Z</dcterms:created>
  <dcterms:modified xsi:type="dcterms:W3CDTF">2026-10-28T13:30:00Z</dcterms:modified>
  <cp:category/>
</cp:coreProperties>
</file>